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הרעיונות המרכזיים של הנאורות ואת השפעתם על החברה באירופה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תהליך קבלת השוויון ליהודים ואת המחיר שנדרש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שלבי המהפכה התעשייתית והשפעתה על חיי האנשים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הזרמים השונים בציונות ואת ההתעוררות הלאומית הערבית באותה 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עידן הנאורות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נאורות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רכוש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רשויות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עידן הנאורות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ג'ון לוק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למנוע מגורם אחד לצבור יותר מדי 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עידן הנאורות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 שיש לכל אדם מעצם היותו אדם, כמו הזכות לחיים, לחירות או לרכוש – לא משנה מי השליט.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האמנציפציה: שוויון זכויות ליהודים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משמעות המושג בהקשר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היו עליהם הגבלות רבות, כמו מסים מיוחדים ואיסור על עיסוקים מסוימים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האמנציפציה: שוויון זכויות ליהודים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(השנה שבה קיבלו כל יהודי צרפת שוויון זכויות מלא)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(קיסר אוסטריה שפרסם את כתב הסובלנות)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(אמר שליהודים כאומה אין לתת, וליהודים כבני אדם יש לתת הכול)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האמנציפציה: שוויון זכויות ליהודים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קבלת שוויון אזרחי מלא כיחידים, בתמורה לוויתור על האוטונומיה הקהילתית ועל זהות נפרדת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הקל על היהודים ואפשר להם ללמוד וללמד מקצועות חדשים, אך דרש מהם גם ללמוד בשפת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המהפכה התעשייתית – הכרות ושינון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בריטניה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עבודה ידנית הוחלפה במכונות במפעלים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טקסטיל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המהפכה התעשייתית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המהפכה התעשייתית – חשיבה וכתיבה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תנועת ההשכלה היהודית – הכרות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המשכילים ביקשו לשלב ידע כללי יחד עם המורשת היהודית.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התחילה כבר בסוף המאה ה-18.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תנועת ההשכלה היהודית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לחבר בין מסורת יהודית לתרבות אירופית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מקצועות כלליים כמו שפות, היסטוריה ומדעים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תנועת ההשכלה היהודית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משכילים מתחילים לכתוב ולתרגם טקסטים לשפות אירופיות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קמות אגודות משכילים ועיתונים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זרמים בציונות והצביון הדתי ביישוב – הכרות עם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בנימין זאב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אחד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זרמים בציונות והצביון הדתי ביישוב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היישוב הישן, בערי הקודש, עסק בלימוד תורה והתקיים מתרומות יהודי התפוצות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תנועת העבודה הדגישה שוויון חברתי והתיישבות שיתופית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זרמים בציונות והצביון הדתי ביישוב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(ציונות מדינית – הכרה בינלאומית לפני התיישבות)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(ציונות רוחנית – מרכז תרבות עברי)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(ציונות דתית – תורה וארץ ישראל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(חברה שוויונית וקיבוצים)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זרמים בציונות והצביון הדתי ביישוב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סטטוס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התעוררות הלאומיות הערבית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השלטון העות'מאני נמשך מראשית המאה ה-16 עד תחילת המאה ה-20.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א-נהדה הייתה תנועה תרבותית - חידוש השפה הערבית, הוצאת עיתונים והקמת בתי ספר.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המרד פרץ ב-1916, בעיצומה של מלחמת העולם הראשונה.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התעוררות הלאומיות הערבית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א-נהדה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2. 1916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התעוררות הלאומיות הערבית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בשלב התרבותי התמקדו בחידוש השפה והספרות; בשלב הפוליטי דרשו זכויות ועצמאות מהשלטון.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להפריד את השלטון לשלוש רשויות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1791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מנוע קיטור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תבונה, זכויות טבעיות או סובלנות עם דוגמה מתאימה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מתייחסת לעיור, למכונות, לשעות עבודה או לתנאי הפועלים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משווה בין שתיים מהגישות: מדינית, מעשית, רוחנית או דתית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ללמד פרק אחד בכל שיעור לפי סדר הפרקים, ולסיים כל פרק בכרטיס יציאה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הטקסט לפי הצורך: גרסת רגיל, חנ״מ או עולים לאותו 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את הסרטונים ואת משחקי החזרה בין שלבי התרגול הכתוב כדי לגוון את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בנושאים רגישים כמו זיכרון וזהות יש לאפשר לתלמידים לבחור אם להשתתף בשיח ולשמור על אווירה מכבדת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היסטוריה בעת החדשה – מנאורות לציונות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בעת החדשה: מנאורות לציונות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תעברו יחד לאורך ציר הזמן – מרעיונות הנאורות ועד לזרמים בציונות. כל פרק כולל סיפור קצר, מושגים ושאלות תרגול. אפשר לעבוד לפי הסדר, פרק בכל שיעור.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נהר  ·  רכוש  ·  נאורות  ·  מכירה  ·  רשויות  ·  א-נהדה  ·  1916  ·  14  ·  סטטוס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עידן הנאורות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תנועת ה__________ האמינה בכוח השכל של האדם.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ג'ון לוק טען שלכל אדם יש זכות טבעית לחיים, לחירות ול__________.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מונטסקייה הציע לחלק את השלטון לשלוש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עידן הנאורות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טען שלכל אדם זכויות טבעיות לחיים, לחירות ולרכוש?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וולטר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רוסו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מטרת הפרדת הרשויות שהציע מונטסקייה?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לתת את כל הכוח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למנוע מגורם אחד לצבור יותר מדי 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לבטל את בתי המשפט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עידן הנאורות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מהי 'זכות טבעית' לפי ג'ון לוק. תנו דוגמה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האמנציפציה: שוויון זכויות ליהודים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אמנציפציה פירושה מתן שוויון זכויות אזרחיות ופוליטיות ליהודים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האמנציפציה נהנו היהודים באירופה משוויון מלא עם שאר האזרחים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האמנציפציה: שוויון זכויות ליהודים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1. 1791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אמר שליהודים כאומה אין לתת, וליהודים כבני אדם יש לתת הכול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יוסף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השנה שבה קיבלו כל יהודי צרפת שוויון זכויות מלא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קלרמון-טונר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קיסר אוסטריה שפרסם את כתב הסובלנות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האמנציפציה: שוויון זכויות ליהודים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מהי ה'עסקה' של האמנציפציה – מה היהודים קיבלו ומה נדרש מהם בתמורה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תארו בקצרה מה כלל כתב הסובלנות של יוסף השני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המהפכה התעשייתית – הכרות ושינון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המהפכה התעשייתית החלה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קרה בייצור בזמן המהפכה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עבודה ידנית הוחלפה במכונות במפעלים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מכונות הוחלפו בעבודה ידנית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הייצור נפסק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ענף היה הראשון שעבר למיכון?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בניין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המהפכה התעשייתית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מנוע הקיטור אפשר להפעיל מכונות גם הרחק מ-__________ 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הפועלים במפעלים עבדו בין 12 ל-__________ שעות ביום.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המהפכה התעשייתית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תנועת ההשכלה היהודית – הכרות ראשונה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תנועת ההשכלה רצתה לחבר בין העולם היהודי המסורתי לבין התרבות האירופית.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תנועת ההשכלה התחילה במאה ה-20.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תנועת ההשכלה היהודית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רצו אנשי תנועת ההשכלה?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לחבר בין מסורת יהודית לתרבות אירופית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לבטל לגמרי את הדת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לחזור לחיות רק בכפרים נידחים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אנשי ההשכלה רצו להוסיף לחינוך היהודי המסורתי?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מקצועות כלליים כמו שפות, היסטוריה ומדעים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איסור מוחלט על לימוד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עוד שעות תפילה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תנועת ההשכלה היהודית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קמות אגודות משכילים ועיתונים בעברית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משכילים מתחילים לכתוב ולתרגם טקסטים לשפות אירופיות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5 · זרמים בציונות והצביון הדתי ביישוב – הכרות עם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כינס את הקונגרס הציוני הראשון והקים את ההסתדרות הציונית?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בנימין זאב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זאב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טען שיש להקים בארץ ישראל 'מרכז רוחני' לתרבות 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אחד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ריינס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עיר נערך הקונגרס הציוני הראשון, ב-1897?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פריז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זרמים בציונות והצביון הדתי ביישוב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היישוב הישן היה ברובו דתי והתקיים בעיקר מכספי תרומות שנקראו 'החלוקה'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תנועת העבודה הציונית ביקשה להקים חברה שוויונית וקיבוצים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זרמים בציונות והצביון הדתי ביישוב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ציונות דתית – תורה וארץ ישראל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אחד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ציונות מדינית – הכרה בינלאומית לפני התיישבות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תנועת המזרחי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חברה שוויונית וקיבוצים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תנועת העבודה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ציונות רוחנית – מרכז תרבות עברי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זרמים בציונות והצביון הדתי ביישוב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בשנת השמיטה תרס"ט-תר"ע תמך הרב קוק ב'היתר __________', מכירה סמלית של הקרקע לנוכרי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מכתב ה'__________ קוו' משנת 1947 קבע הסכמות על שבת, כשרות, נישואין וחינוך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6 · התעוררות הלאומיות הערבית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האימפריה העות'מאנית שלטה בארצות ערביות רבות במשך כ-400 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תנועת א-נהדה עסקה בעיקר בבניית צבא ערבי 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המרד הערבי הגדול נגד העות'מאנים פרץ בשנת 1916.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6 · התעוררות הלאומיות הערבית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תנועת ההתעוררות התרבותית הערבית במאה ה-19 נקראה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בשנת __________ פרץ המרד הערבי הגדול נגד השלטון העות'מאני.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6 · התעוררות הלאומיות הערבית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אחד מה ההבדל בין שלב ההתעוררות התרבותית (א-נהדה) לבין שלב הדרישות הפוליטיות בלאומיות הערבית.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מונטסקייה, איך מונעים מהשלטון לצבור יותר מדי 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לתת לשלטון שליטה מלאה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להפריד את השלטון לשלוש רשויות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לבטל את השלטון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שנה קיבלו כל יהודי צרפת שוויון זכויות מלא?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1789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1791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1806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הפעיל מכונות ורכבות במהפכה התעשייתית?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מנוע קיטור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להסביר במשפט אחד מה זאת נאורות ולתת דוגמה אחת לרעיון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לתאר שינוי אחד שהמהפכה התעשייתית הביאה לחיי האנשים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היסטוריה בעת החדשה: מנאורות לציונות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